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🧰 תיק העזרה הראשונה הרגשי שלי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לאסוף לתיק אישי אחד את העוגנים שעוזרים לי בשלושה תחומים: גוף ותנועה, רגש ויצירה, שיחה ושיתוף.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להכין ״כרטיס כיס״ לרגעים של לחץ, עם עש״ן ד״ק.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מילוי התיק: </w:t>
            </w:r>
            <w:r>
              <w:rPr>
                <w:sz w:val="22"/>
                <w:rtl/>
                <w:szCs w:val="22"/>
              </w:rPr>
              <w:t>סימון עוגנים, ״הדבר הקטן״ והאנשים שלי.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כרטיס כיס: </w:t>
            </w:r>
            <w:r>
              <w:rPr>
                <w:sz w:val="22"/>
                <w:rtl/>
                <w:szCs w:val="22"/>
              </w:rPr>
              <w:t>גוזרים ושומרים בקלמר או בכיסוי הטלפון.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🧰 תיק העזרה הראשונה הרגשי שלי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העוגנים שלי בשלושה תחומים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סמנו ✓ ליד מה שעוזר לכם, והוסיפו משלכם בשורות הריקות.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🏃 גוף ותנועה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הליכה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ריצה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כדורגל / כדור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ריקוד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מתיחות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נשימות עמוקות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מקלחת חמה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שינה טובה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אופניים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__________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__________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🎨 רגש ויצירה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מוזיקה באוזניות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ציור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כתיבה ביומן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בישול / אפייה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טיפול בבעל חיים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תחביב אהוב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לנגן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לקרוא ספר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לבנות / ליצור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__________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__________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💬 שיחה ושיתוף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חבר/ה טוב/ה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אמא / אבא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אח / אחות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סבא / סבתא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המחנך/ת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היועצת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מאמן/ת או מדריך/ה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נאמני החוסן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שכן/ה או מבוגר/ת שאני סומך/ת עליו/ה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__________</w:t>
            </w:r>
          </w:p>
          <w:p>
            <w:pPr>
              <w:bidi/>
              <w:spacing w:after="20"/>
              <w:jc w:val="right"/>
            </w:pPr>
            <w:r>
              <w:rPr>
                <w:sz w:val="22"/>
                <w:rtl/>
                <w:szCs w:val="22"/>
              </w:rPr>
              <w:t>☐ __________</w:t>
            </w: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הדבר הקטן והאנשים שלי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b/>
          <w:rtl/>
          <w:bCs/>
        </w:rPr>
        <w:t>⭐ ה״דבר הקטן״ האחד שעוזר לי תמיד:</w:t>
      </w:r>
    </w:p>
    <w:p>
      <w:pPr>
        <w:bidi/>
        <w:spacing w:after="120"/>
        <w:jc w:val="right"/>
      </w:pPr>
      <w:r>
        <w:rPr>
          <w:rtl/>
        </w:rPr>
        <w:t>הדבר הקטן שלי: 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🤝 שלושה אנשים שאפשר לפנות אליהם כשקשה (שמות בלבד):</w:t>
      </w:r>
    </w:p>
    <w:p>
      <w:pPr>
        <w:bidi/>
        <w:spacing w:after="120"/>
        <w:jc w:val="right"/>
      </w:pPr>
      <w:r>
        <w:rPr>
          <w:rtl/>
        </w:rPr>
        <w:t>1. __________________________________________________________</w:t>
      </w:r>
    </w:p>
    <w:p>
      <w:pPr>
        <w:bidi/>
        <w:spacing w:after="120"/>
        <w:jc w:val="right"/>
      </w:pPr>
      <w:r>
        <w:rPr>
          <w:rtl/>
        </w:rPr>
        <w:t>2. __________________________________________________________</w:t>
      </w:r>
    </w:p>
    <w:p>
      <w:pPr>
        <w:bidi/>
        <w:spacing w:after="120"/>
        <w:jc w:val="right"/>
      </w:pPr>
      <w:r>
        <w:rPr>
          <w:rtl/>
        </w:rPr>
        <w:t>3. __________________________________________________________</w:t>
      </w: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כרטיס הכיס שלי – עש״ן ד״ק</w:t>
      </w:r>
    </w:p>
    <w:p>
      <w:pPr>
        <w:bidi/>
        <w:spacing w:after="80"/>
        <w:jc w:val="right"/>
      </w:pPr>
      <w:r>
        <w:rPr>
          <w:rtl/>
        </w:rPr>
        <w:t>גזרו ושמרו בקלמר:</w:t>
      </w:r>
    </w:p>
    <w:p>
      <w:pPr>
        <w:bidi/>
        <w:spacing w:after="40"/>
        <w:jc w:val="right"/>
      </w:pPr>
      <w:r>
        <w:rPr>
          <w:b/>
          <w:rtl/>
          <w:bCs/>
        </w:rPr>
        <w:t>1. ✋ ע · עצור (לוקחים פסק זמן ואומרים לעצמנו בשקט: ״עצור!״)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💪 ש · שרירים (מכווצים אגרופים עם שאיפה, ומשחררים בנשיפה איטית)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🌬️ נ · נשימה (נשימה איטית אחת, ואפשר גם שתיים או שלוש)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4. 💬 ד · דיבור עצמי מרגיע (משפט מחזק (״זה זמני״, ״אני לא לבד״) ודימוי של רגע טוב)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5. ➡️ ק · קדימה (ממשיכים להתמודד, או מניחים לזה וחוזרים אחר כך)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העוגנים שלי איתי – גם כשהים סוער. ⚓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🧰 תיק העזרה הראשונה הרגשי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