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🌡️ המד-חום הרגשי שלי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לפתח מודעות עצמית לסימני לחץ בגוף ובמחשבות – לפני שהם ״רותחים״.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לבחור פעולה קטנה ראשונה שמקררת אותי.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הדגמה: </w:t>
            </w:r>
            <w:r>
              <w:rPr>
                <w:sz w:val="22"/>
                <w:rtl/>
                <w:szCs w:val="22"/>
              </w:rPr>
              <w:t>המורה מתארת ״מבחן גדול מחר״ – והתלמידים מסמנים במה מרגישים.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מילוי אישי: </w:t>
            </w:r>
            <w:r>
              <w:rPr>
                <w:sz w:val="22"/>
                <w:rtl/>
                <w:szCs w:val="22"/>
              </w:rPr>
              <w:t>מפת גוף, מד-חום ופעולה מקררת.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שיתוף: </w:t>
            </w:r>
            <w:r>
              <w:rPr>
                <w:sz w:val="22"/>
                <w:rtl/>
                <w:szCs w:val="22"/>
              </w:rPr>
              <w:t>בזוגות: ״הסימן המוקדם שלי הוא…״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🌡️ המד-חום הרגשי שלי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איפה זה מרגיש בגוף?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צבעו על הדמות את המקומות שבהם אתם מרגישים לחץ, וסמנו ✓ ליד הסימנים שמוכרים לכם.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🤯 ראש: </w:t>
      </w:r>
      <w:r>
        <w:rPr>
          <w:rtl/>
        </w:rPr>
        <w:t>☐ מחשבות רצות   ☐ כאב ראש   ☐ קשה להתרכז   ☐ ראש ״ריק״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😳 עיניים ופנים: </w:t>
      </w:r>
      <w:r>
        <w:rPr>
          <w:rtl/>
        </w:rPr>
        <w:t>☐ דמעות   ☐ פנים אדומות   ☐ מצמוץ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😬 לסת וגרון: </w:t>
      </w:r>
      <w:r>
        <w:rPr>
          <w:rtl/>
        </w:rPr>
        <w:t>☐ לסת קפוצה   ☐ גוש בגרון   ☐ קשה לדבר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💓 חזה ולב: </w:t>
      </w:r>
      <w:r>
        <w:rPr>
          <w:rtl/>
        </w:rPr>
        <w:t>☐ דופק מהיר   ☐ לחץ בחזה   ☐ נשימה קצרה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🌀 בטן: </w:t>
      </w:r>
      <w:r>
        <w:rPr>
          <w:rtl/>
        </w:rPr>
        <w:t>☐ בטן מתכווצת   ☐ פרפרים   ☐ בחילה   ☐ אין תיאבון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✊ ידיים: </w:t>
      </w:r>
      <w:r>
        <w:rPr>
          <w:rtl/>
        </w:rPr>
        <w:t>☐ ידיים מזיעות   ☐ אגרופים   ☐ רעד   ☐ כוססים ציפורניים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🦵 רגליים: </w:t>
      </w:r>
      <w:r>
        <w:rPr>
          <w:rtl/>
        </w:rPr>
        <w:t>☐ רגליים רועדות   ☐ רצון לברוח   ☐ רגל ״קופצת״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🔥 כל הגוף: </w:t>
      </w:r>
      <w:r>
        <w:rPr>
          <w:rtl/>
        </w:rPr>
        <w:t>☐ חום   ☐ קור   ☐ עייפות פתאומית   ☐ קשה להירדם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המד-חום שלי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צבעו עד המקום שבו אתם בדרך כלל לפני מבחן (בכחול), ואחרי ריב ברשת (באדום).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4b4b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9–10 · רותח/ת 😫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סימנים: קשה לנשום, רעד, רצון לברוח או להתפרץ, הכול מרגיש ״יותר מדי״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💡 לעצור הכול, לפנות למבוגר/ת עכשיו (מחנך/ת, יועצת, הורה), מקום שקט ובטוח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</w:tr>
      <w:tr>
        <w:tc>
          <w:tcPr>
            <w:tcW w:type="dxa" w:w="3402"/>
            <w:shd w:val="clear" w:color="auto" w:fill="ff7a1a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7–8 · חם/ה 😣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סימנים: דופק מהיר, בטן מתכווצת, לסת קפוצה, מחשבות רצות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💡 להתרחק מהמסך ומהמצב, נשימה איטית, לספר למישהו, לא להחליט עכשיו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</w:tr>
      <w:tr>
        <w:tc>
          <w:tcPr>
            <w:tcW w:type="dxa" w:w="3402"/>
            <w:shd w:val="clear" w:color="auto" w:fill="ffb7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4–6 · מתחמם/ת 😕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סימנים: קצת דופק, חוסר שקט, קשה להתרכז, עצבנות קלה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💡 עש״ן ד״ק: עצור, שחרור שרירים, 3 נשימות. כוס מים, הליכה קצרה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</w:tr>
      <w:tr>
        <w:tc>
          <w:tcPr>
            <w:tcW w:type="dxa" w:w="3402"/>
            <w:shd w:val="clear" w:color="auto" w:fill="2bb67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1–3 · רגוע/ה 😌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סימנים: נשימה שקטה, גוף רפוי, אפשר לחשוב בבהירות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💡 זה הזמן ״לטעון״ עוגנים: תנועה, שינה, חברים, תחביב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ג׳: מה מקרר אותי?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הקיפו או הוסיפו:</w:t>
      </w:r>
    </w:p>
    <w:p>
      <w:pPr>
        <w:bidi/>
        <w:spacing w:after="80"/>
        <w:jc w:val="right"/>
      </w:pPr>
      <w:r>
        <w:rPr>
          <w:rtl/>
        </w:rPr>
        <w:t>◯ 3 נשימות איטיות (שאיפה 4, נשיפה 6)   ◯ כוס מים קרים   ◯ לצאת להליכה קצרה   ◯ שיר אחד שמרגיע אותי   ◯ לכתוב מה מרגיש לי   ◯ לשטוף פנים   ◯ לדבר עם מישהו   ◯ לסגור את המסך ל־10 דקות   ◯ לכווץ ולשחרר שרירים   ◯ משפט מחזק: ״זה זמני, אני אצליח/ה״   ◯ לדמיין מקום רגוע   ◯ לחבק בעל חיים / כרית</w:t>
      </w:r>
    </w:p>
    <w:p>
      <w:pPr>
        <w:bidi/>
        <w:spacing w:after="80"/>
        <w:jc w:val="right"/>
      </w:pPr>
      <w:r>
        <w:rPr>
          <w:b/>
          <w:rtl/>
          <w:bCs/>
        </w:rPr>
        <w:t>מהו הדבר הקטן הראשון שעוזר לי לעצור את עליית הטמפרטורה?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זכרו: כשהטמפרטורה 9–10 – עוצרים הכול ופונים למבוגר/ת. לבקש עזרה זה כוח.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🌡️ המד-חום הרגשי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