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🎫 ה״אנטי-וירוס״ הרגשי שלי – כרטיסי יציאה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לסכם את המפגש בהתחייבות אישית קטנה וברורה: סימן בגוף, פעולה מרגיעה וגבול דיגיטלי.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הכרטיס נשאר אצל התלמיד/ה (בקלמר, בכיסוי הטלפון) – לא נאסף לבדיקה.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דקה · הסבר: </w:t>
            </w:r>
            <w:r>
              <w:rPr>
                <w:sz w:val="22"/>
                <w:rtl/>
                <w:szCs w:val="22"/>
              </w:rPr>
              <w:t>״נמלא כרטיס שהוא רק שלכם – תזכורת לשבוע הקרוב.״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מילוי: </w:t>
            </w:r>
            <w:r>
              <w:rPr>
                <w:sz w:val="22"/>
                <w:rtl/>
                <w:szCs w:val="22"/>
              </w:rPr>
              <w:t>כל אחד/ת ממלא/ת בשקט. אפשר להיעזר במילים מהלוח.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2׳ · סגירה: </w:t>
            </w:r>
            <w:r>
              <w:rPr>
                <w:sz w:val="22"/>
                <w:rtl/>
                <w:szCs w:val="22"/>
              </w:rPr>
              <w:t>מי שרוצה – משתף/ת גבול דיגיטלי אחד.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🎫 ה״אנטי-וירוס״ הרגשי שלי – כרטיסי יציאה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כרטיסי יציאה לגזירה (4 בעמוד)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גזרו לאורך הקו המקווקו. כל תלמיד/ה מקבל/ת כרטיס אחד.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4"/>
                <w:rtl/>
                <w:bCs/>
                <w:szCs w:val="24"/>
              </w:rPr>
              <w:t>🎫 ה״אנטי-וירוס״ הרגשי שלי</w:t>
            </w:r>
          </w:p>
          <w:p>
            <w:pPr>
              <w:bidi/>
              <w:spacing w:after="80"/>
              <w:jc w:val="right"/>
            </w:pPr>
            <w:r>
              <w:rPr>
                <w:sz w:val="18"/>
                <w:rtl/>
                <w:szCs w:val="18"/>
              </w:rPr>
              <w:t>שם: __________ תאריך: 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🫀 הסימן בגוף שלי שמעיד שהלחץ עולה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🌿 פעולה אחת מרגיעה שאעשה השבוע בעולם האמיתי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🛡️ גבול דיגיטלי אחד שאקח על עצמי השבוע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4"/>
                <w:rtl/>
                <w:bCs/>
                <w:szCs w:val="24"/>
              </w:rPr>
              <w:t>🎫 ה״אנטי-וירוס״ הרגשי שלי</w:t>
            </w:r>
          </w:p>
          <w:p>
            <w:pPr>
              <w:bidi/>
              <w:spacing w:after="80"/>
              <w:jc w:val="right"/>
            </w:pPr>
            <w:r>
              <w:rPr>
                <w:sz w:val="18"/>
                <w:rtl/>
                <w:szCs w:val="18"/>
              </w:rPr>
              <w:t>שם: __________ תאריך: 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🫀 הסימן בגוף שלי שמעיד שהלחץ עולה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🌿 פעולה אחת מרגיעה שאעשה השבוע בעולם האמיתי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🛡️ גבול דיגיטלי אחד שאקח על עצמי השבוע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4"/>
                <w:rtl/>
                <w:bCs/>
                <w:szCs w:val="24"/>
              </w:rPr>
              <w:t>🎫 ה״אנטי-וירוס״ הרגשי שלי</w:t>
            </w:r>
          </w:p>
          <w:p>
            <w:pPr>
              <w:bidi/>
              <w:spacing w:after="80"/>
              <w:jc w:val="right"/>
            </w:pPr>
            <w:r>
              <w:rPr>
                <w:sz w:val="18"/>
                <w:rtl/>
                <w:szCs w:val="18"/>
              </w:rPr>
              <w:t>שם: __________ תאריך: 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🫀 הסימן בגוף שלי שמעיד שהלחץ עולה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🌿 פעולה אחת מרגיעה שאעשה השבוע בעולם האמיתי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🛡️ גבול דיגיטלי אחד שאקח על עצמי השבוע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4"/>
                <w:rtl/>
                <w:bCs/>
                <w:szCs w:val="24"/>
              </w:rPr>
              <w:t>🎫 ה״אנטי-וירוס״ הרגשי שלי</w:t>
            </w:r>
          </w:p>
          <w:p>
            <w:pPr>
              <w:bidi/>
              <w:spacing w:after="80"/>
              <w:jc w:val="right"/>
            </w:pPr>
            <w:r>
              <w:rPr>
                <w:sz w:val="18"/>
                <w:rtl/>
                <w:szCs w:val="18"/>
              </w:rPr>
              <w:t>שם: __________ תאריך: 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🫀 הסימן בגוף שלי שמעיד שהלחץ עולה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🌿 פעולה אחת מרגיעה שאעשה השבוע בעולם האמיתי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🛡️ גבול דיגיטלי אחד שאקח על עצמי השבוע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כרטיסי יציאה – גרסה פשוטה (יסודי / חנ״מ)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4"/>
                <w:rtl/>
                <w:bCs/>
                <w:szCs w:val="24"/>
              </w:rPr>
              <w:t>🎫 ה״אנטי-וירוס״ הרגשי שלי</w:t>
            </w:r>
          </w:p>
          <w:p>
            <w:pPr>
              <w:bidi/>
              <w:spacing w:after="80"/>
              <w:jc w:val="right"/>
            </w:pPr>
            <w:r>
              <w:rPr>
                <w:sz w:val="18"/>
                <w:rtl/>
                <w:szCs w:val="18"/>
              </w:rPr>
              <w:t>שם: __________ תאריך: 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🫀 כשאני לחוץ/ה, הגוף שלי…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🌿 דבר אחד שמרגיע אותי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🛡️ הכלל שלי למסך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4"/>
                <w:rtl/>
                <w:bCs/>
                <w:szCs w:val="24"/>
              </w:rPr>
              <w:t>🎫 ה״אנטי-וירוס״ הרגשי שלי</w:t>
            </w:r>
          </w:p>
          <w:p>
            <w:pPr>
              <w:bidi/>
              <w:spacing w:after="80"/>
              <w:jc w:val="right"/>
            </w:pPr>
            <w:r>
              <w:rPr>
                <w:sz w:val="18"/>
                <w:rtl/>
                <w:szCs w:val="18"/>
              </w:rPr>
              <w:t>שם: __________ תאריך: 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🫀 כשאני לחוץ/ה, הגוף שלי…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🌿 דבר אחד שמרגיע אותי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🛡️ הכלל שלי למסך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</w:tc>
      </w:tr>
      <w:tr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4"/>
                <w:rtl/>
                <w:bCs/>
                <w:szCs w:val="24"/>
              </w:rPr>
              <w:t>🎫 ה״אנטי-וירוס״ הרגשי שלי</w:t>
            </w:r>
          </w:p>
          <w:p>
            <w:pPr>
              <w:bidi/>
              <w:spacing w:after="80"/>
              <w:jc w:val="right"/>
            </w:pPr>
            <w:r>
              <w:rPr>
                <w:sz w:val="18"/>
                <w:rtl/>
                <w:szCs w:val="18"/>
              </w:rPr>
              <w:t>שם: __________ תאריך: 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🫀 כשאני לחוץ/ה, הגוף שלי…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🌿 דבר אחד שמרגיע אותי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🛡️ הכלל שלי למסך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</w:tc>
        <w:tc>
          <w:tcPr>
            <w:tcW w:type="dxa" w:w="5103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4"/>
                <w:rtl/>
                <w:bCs/>
                <w:szCs w:val="24"/>
              </w:rPr>
              <w:t>🎫 ה״אנטי-וירוס״ הרגשי שלי</w:t>
            </w:r>
          </w:p>
          <w:p>
            <w:pPr>
              <w:bidi/>
              <w:spacing w:after="80"/>
              <w:jc w:val="right"/>
            </w:pPr>
            <w:r>
              <w:rPr>
                <w:sz w:val="18"/>
                <w:rtl/>
                <w:szCs w:val="18"/>
              </w:rPr>
              <w:t>שם: __________ תאריך: 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🫀 כשאני לחוץ/ה, הגוף שלי…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🌿 דבר אחד שמרגיע אותי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0"/>
                <w:rtl/>
                <w:bCs/>
                <w:szCs w:val="20"/>
              </w:rPr>
              <w:t>🛡️ הכלל שלי למסך</w:t>
            </w:r>
          </w:p>
          <w:p>
            <w:pPr>
              <w:bidi/>
              <w:spacing w:after="120"/>
              <w:jc w:val="right"/>
            </w:pPr>
            <w:r>
              <w:rPr>
                <w:color w:val="999999"/>
                <w:rtl/>
              </w:rPr>
              <w:t>__________________________________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/>
        <w:jc w:val="right"/>
      </w:pPr>
      <w:r>
        <w:rPr>
          <w:b/>
          <w:color w:val="0D47A1"/>
          <w:rtl/>
          <w:bCs/>
        </w:rPr>
        <w:t>זכרו: חוסן הוא לא הימנעות מקשיים – אלא היכולת לבחור לא להישאר לבד, ולדעת מתי לפנות לעזרה.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🎫 ה״אנטי-וירוס״ הרגשי שלי – כרטיסי יציאה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