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🏫 כיתה חסינה – אמנת החוסן שלנו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ז׳ עד ט׳ (מותאם גם ליסודי ולחט״ע)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8"/>
                <w:rtl/>
                <w:bCs/>
                <w:szCs w:val="28"/>
              </w:rPr>
              <w:t>👩‍🏫 מהדורה למורה: דגשים והנחיות לפעילות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rtl/>
                <w:bCs/>
              </w:rPr>
              <w:t>מטרות הפעילות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לעבור מחוסן אישי לחוסן כיתתי: מה אנחנו עושים יחד כשקשה.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לנסח אמנה בשפה של הכיתה, לחתום ולתלות.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10׳ · קבוצות: </w:t>
            </w:r>
            <w:r>
              <w:rPr>
                <w:sz w:val="22"/>
                <w:rtl/>
                <w:szCs w:val="22"/>
              </w:rPr>
              <w:t>כל קבוצה מקבלת תחום אחד ובוחרת 2–3 סעיפים.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10׳ · מליאה: </w:t>
            </w:r>
            <w:r>
              <w:rPr>
                <w:sz w:val="22"/>
                <w:rtl/>
                <w:szCs w:val="22"/>
              </w:rPr>
              <w:t>מאחדים לאמנה אחת ומצביעים.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חתימה: </w:t>
            </w:r>
            <w:r>
              <w:rPr>
                <w:sz w:val="22"/>
                <w:rtl/>
                <w:szCs w:val="22"/>
              </w:rPr>
              <w:t>כולם חותמים על הפוסטר.</w:t>
            </w:r>
          </w:p>
          <w:p>
            <w:pPr>
              <w:bidi/>
              <w:spacing w:after="80"/>
              <w:jc w:val="right"/>
            </w:pPr>
            <w:r>
              <w:rPr>
                <w:color w:val="4B5B75"/>
                <w:sz w:val="19"/>
                <w:rtl/>
                <w:szCs w:val="19"/>
              </w:rPr>
              <w:t>🛟 תמיכה, לא טיפול: אין חובה לשתף. כל חשש למצוקה או לפגיעה – פונים ליועצת או לפסיכולוגית בית הספר.</w:t>
            </w:r>
          </w:p>
        </w:tc>
      </w:tr>
    </w:tbl>
    <w:p>
      <w:r>
        <w:br w:type="page"/>
      </w:r>
    </w:p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🏫 כיתה חסינה – אמנת החוסן שלנו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ז׳ עד ט׳ (מותאם גם ליסודי ולחט״ע)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160"/>
        <w:jc w:val="right"/>
      </w:pPr>
      <w:r>
        <w:rPr>
          <w:rtl/>
        </w:rPr>
        <w:t>שם התלמיד/ה: ____________________  כיתה: ________  תאריך: 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א׳: רעיונות לסעיפים (לעבודה בקבוצות)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הקיפו את הסעיפים שאתם רוצים באמנה, והוסיפו משלכם.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🫶 כשקשה למישהו: </w:t>
      </w:r>
      <w:r>
        <w:rPr>
          <w:rtl/>
        </w:rPr>
        <w:t>לא משאירים אף אחד לבד בהפסקה  /  שואלים ״הכול בסדר?״ ומקשיבים  /  מקשיבים בלי שיפוטיות  /  מציעים עזרה ולא מחכים שיבקשו  /  אם יש דאגה – מספרים למבוגר/ת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📱 בקבוצת הכיתה ובסטורי: </w:t>
      </w:r>
      <w:r>
        <w:rPr>
          <w:rtl/>
        </w:rPr>
        <w:t>לא כותבים מה שלא היינו אומרים בפנים  /  לא מעבירים צילומי מסך של אחרים  /  לא מוציאים אף אחד מהקבוצה  /  עוצרים בדיחה שפוגעת במישהו  /  לא מתייגים בלי רשות  /  בלילה – שקט בקבוצה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📚 בתקופת מבחנים ועומס: </w:t>
      </w:r>
      <w:r>
        <w:rPr>
          <w:rtl/>
        </w:rPr>
        <w:t>משתפים סיכומים ועוזרים ללמוד  /  לא משווים ציונים בקול  /  מעודדים אחרי מבחן קשה  /  זוכרים: ציון הוא לא מי שאני  /  מתחלקים בעבודה בצוות בהגינות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🌉 כשיש מחלוקת: </w:t>
      </w:r>
      <w:r>
        <w:rPr>
          <w:rtl/>
        </w:rPr>
        <w:t>מדברים במסר ״אני״  /  מקשיבים עד הסוף לפני שעונים  /  כועסים? עוצרים קודם (עש״ן ד״ק)  /  פותרים פנים אל פנים, לא בקבוצה  /  מבקשים סליחה ומקבלים סליחה</w:t>
      </w:r>
    </w:p>
    <w:p>
      <w:pPr>
        <w:bidi/>
        <w:spacing w:after="80"/>
        <w:jc w:val="right"/>
      </w:pPr>
      <w:r>
        <w:rPr>
          <w:b/>
          <w:rtl/>
          <w:bCs/>
        </w:rPr>
        <w:t xml:space="preserve">🎉 כשטוב לנו: </w:t>
      </w:r>
      <w:r>
        <w:rPr>
          <w:rtl/>
        </w:rPr>
        <w:t>שמחים בהצלחות של אחרים  /  מפרגנים במילים טובות  /  חוגגים ימי הולדת לכולם  /  מכירים תודה על דברים קטנים  /  יוצרים יחד רגעים כיפיים</w:t>
      </w:r>
    </w:p>
    <w:p>
      <w:pPr>
        <w:bidi/>
        <w:spacing w:after="80"/>
        <w:jc w:val="right"/>
      </w:pPr>
      <w:r>
        <w:rPr>
          <w:b/>
          <w:rtl/>
          <w:bCs/>
        </w:rPr>
        <w:t>סעיף משלנו: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ב׳: הפוסטר שלנו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center"/>
      </w:pPr>
      <w:r>
        <w:rPr>
          <w:sz w:val="68"/>
          <w:rtl/>
          <w:szCs w:val="68"/>
        </w:rPr>
        <w:t>🛟</w:t>
      </w:r>
    </w:p>
    <w:p>
      <w:pPr>
        <w:bidi/>
        <w:spacing w:after="80"/>
        <w:jc w:val="center"/>
      </w:pPr>
      <w:r>
        <w:rPr>
          <w:b/>
          <w:color w:val="0D47A1"/>
          <w:sz w:val="40"/>
          <w:rtl/>
          <w:bCs/>
          <w:szCs w:val="40"/>
        </w:rPr>
        <w:t>אמנת החוסן של כיתה ______</w:t>
      </w:r>
    </w:p>
    <w:p>
      <w:pPr>
        <w:bidi/>
        <w:spacing w:after="80"/>
        <w:jc w:val="center"/>
      </w:pPr>
      <w:r>
        <w:rPr>
          <w:b/>
          <w:rtl/>
          <w:bCs/>
        </w:rPr>
        <w:t>כשקשה – אף אחד לא לבד.</w:t>
      </w:r>
    </w:p>
    <w:p>
      <w:pPr>
        <w:bidi/>
        <w:spacing w:after="160"/>
        <w:jc w:val="right"/>
      </w:pPr>
      <w:r>
        <w:rPr>
          <w:rtl/>
        </w:rPr>
        <w:t>1. ____________________________________________________________</w:t>
      </w:r>
    </w:p>
    <w:p>
      <w:pPr>
        <w:bidi/>
        <w:spacing w:after="160"/>
        <w:jc w:val="right"/>
      </w:pPr>
      <w:r>
        <w:rPr>
          <w:rtl/>
        </w:rPr>
        <w:t>2. ____________________________________________________________</w:t>
      </w:r>
    </w:p>
    <w:p>
      <w:pPr>
        <w:bidi/>
        <w:spacing w:after="160"/>
        <w:jc w:val="right"/>
      </w:pPr>
      <w:r>
        <w:rPr>
          <w:rtl/>
        </w:rPr>
        <w:t>3. ____________________________________________________________</w:t>
      </w:r>
    </w:p>
    <w:p>
      <w:pPr>
        <w:bidi/>
        <w:spacing w:after="160"/>
        <w:jc w:val="right"/>
      </w:pPr>
      <w:r>
        <w:rPr>
          <w:rtl/>
        </w:rPr>
        <w:t>4. ____________________________________________________________</w:t>
      </w:r>
    </w:p>
    <w:p>
      <w:pPr>
        <w:bidi/>
        <w:spacing w:after="160"/>
        <w:jc w:val="right"/>
      </w:pPr>
      <w:r>
        <w:rPr>
          <w:rtl/>
        </w:rPr>
        <w:t>5. ____________________________________________________________</w:t>
      </w:r>
    </w:p>
    <w:p>
      <w:pPr>
        <w:bidi/>
        <w:spacing w:after="160"/>
        <w:jc w:val="right"/>
      </w:pPr>
      <w:r>
        <w:rPr>
          <w:rtl/>
        </w:rPr>
        <w:t>6. ____________________________________________________________</w:t>
      </w:r>
    </w:p>
    <w:p>
      <w:pPr>
        <w:bidi/>
        <w:spacing w:after="160"/>
        <w:jc w:val="right"/>
      </w:pPr>
      <w:r>
        <w:rPr>
          <w:rtl/>
        </w:rPr>
        <w:t>7. ____________________________________________________________</w:t>
      </w:r>
    </w:p>
    <w:p>
      <w:pPr>
        <w:bidi/>
        <w:spacing w:after="160"/>
        <w:jc w:val="right"/>
      </w:pPr>
      <w:r>
        <w:rPr>
          <w:rtl/>
        </w:rPr>
        <w:t>8. ____________________________________________________________</w:t>
      </w:r>
    </w:p>
    <w:p>
      <w:pPr>
        <w:bidi/>
        <w:spacing w:after="80"/>
        <w:jc w:val="right"/>
      </w:pPr>
      <w:r>
        <w:rPr>
          <w:b/>
          <w:rtl/>
          <w:bCs/>
        </w:rPr>
        <w:t>✍️ חתימות תלמידי ותלמידות הכיתה: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6B7890"/>
        <w:sz w:val="18"/>
        <w:rtl/>
        <w:szCs w:val="18"/>
      </w:rPr>
      <w:t>יצרה: רוית ראש בן ישי · ⚓ העוגנים שלי – חוסן אישי ודיגיטלי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🏫 כיתה חסינה – אמנת החוסן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